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C17" w:rsidRDefault="00E14A20">
      <w:pPr>
        <w:spacing w:after="0"/>
        <w:jc w:val="center"/>
      </w:pPr>
      <w:bookmarkStart w:id="0" w:name="_GoBack"/>
      <w:bookmarkEnd w:id="0"/>
      <w:r>
        <w:rPr>
          <w:b/>
          <w:sz w:val="22"/>
        </w:rPr>
        <w:t>T.C.</w:t>
      </w:r>
    </w:p>
    <w:p w:rsidR="00646C17" w:rsidRDefault="00E14A20">
      <w:pPr>
        <w:spacing w:after="0"/>
        <w:jc w:val="center"/>
      </w:pPr>
      <w:r>
        <w:rPr>
          <w:b/>
          <w:sz w:val="22"/>
        </w:rPr>
        <w:t>IĞDIR ÜNİVERSİTESİ</w:t>
      </w:r>
    </w:p>
    <w:p w:rsidR="00646C17" w:rsidRDefault="00E14A20">
      <w:pPr>
        <w:spacing w:after="0"/>
        <w:jc w:val="center"/>
      </w:pPr>
      <w:r>
        <w:rPr>
          <w:b/>
          <w:sz w:val="22"/>
        </w:rPr>
        <w:t>LİSANSÜSTÜ EĞİTİM ENSTİTÜSÜ MÜDÜRLÜĞÜ</w:t>
      </w:r>
    </w:p>
    <w:p w:rsidR="00646C17" w:rsidRDefault="00E14A20">
      <w:pPr>
        <w:spacing w:before="240" w:after="120"/>
        <w:jc w:val="center"/>
      </w:pPr>
      <w:r>
        <w:rPr>
          <w:b/>
          <w:sz w:val="22"/>
        </w:rPr>
        <w:t>LİSANSÜSTÜ EĞİTİM ENSTİTÜSÜ MÜDÜRLÜĞÜNE</w:t>
      </w:r>
    </w:p>
    <w:p w:rsidR="00646C17" w:rsidRDefault="00E14A20">
      <w:pPr>
        <w:spacing w:after="40"/>
        <w:ind w:firstLine="283"/>
      </w:pPr>
      <w:r>
        <w:t>09.08.2026 tarihli ve 33335 sayılı Resmî Gazete’de yayımlanan 7592 sayılı Yükseköğretim Kanunu ve Bazı Kanunlarda Değişiklik Yapılmasına Dair Kanun ile 2547 sayılı Yükseköğretim Kanununa eklenen Geçici 85 inci madde kapsamında öğrenci affından yararlanmak istiyorum. Gereğini bilgilerinize arz ederim.</w:t>
      </w:r>
    </w:p>
    <w:tbl>
      <w:tblPr>
        <w:tblW w:w="0" w:type="auto"/>
        <w:jc w:val="right"/>
        <w:tblLayout w:type="fixed"/>
        <w:tblLook w:val="04A0" w:firstRow="1" w:lastRow="0" w:firstColumn="1" w:lastColumn="0" w:noHBand="0" w:noVBand="1"/>
      </w:tblPr>
      <w:tblGrid>
        <w:gridCol w:w="6803"/>
        <w:gridCol w:w="2835"/>
      </w:tblGrid>
      <w:tr w:rsidR="00646C17">
        <w:trPr>
          <w:jc w:val="right"/>
        </w:trPr>
        <w:tc>
          <w:tcPr>
            <w:tcW w:w="6803" w:type="dxa"/>
            <w:tcBorders>
              <w:top w:val="nil"/>
              <w:left w:val="nil"/>
              <w:bottom w:val="nil"/>
              <w:right w:val="nil"/>
            </w:tcBorders>
            <w:tcMar>
              <w:top w:w="70" w:type="dxa"/>
              <w:left w:w="70" w:type="dxa"/>
              <w:bottom w:w="70" w:type="dxa"/>
              <w:right w:w="70" w:type="dxa"/>
            </w:tcMar>
            <w:vAlign w:val="center"/>
          </w:tcPr>
          <w:p w:rsidR="00646C17" w:rsidRDefault="00646C17"/>
        </w:tc>
        <w:tc>
          <w:tcPr>
            <w:tcW w:w="2835" w:type="dxa"/>
            <w:tcBorders>
              <w:top w:val="nil"/>
              <w:left w:val="nil"/>
              <w:bottom w:val="nil"/>
              <w:right w:val="nil"/>
            </w:tcBorders>
            <w:tcMar>
              <w:top w:w="70" w:type="dxa"/>
              <w:left w:w="70" w:type="dxa"/>
              <w:bottom w:w="70" w:type="dxa"/>
              <w:right w:w="70" w:type="dxa"/>
            </w:tcMar>
            <w:vAlign w:val="center"/>
          </w:tcPr>
          <w:p w:rsidR="00646C17" w:rsidRDefault="00E14A20">
            <w:pPr>
              <w:jc w:val="center"/>
            </w:pPr>
            <w:r>
              <w:rPr>
                <w:b/>
              </w:rPr>
              <w:t>Tarih: …… / …… / 2026</w:t>
            </w:r>
          </w:p>
        </w:tc>
      </w:tr>
      <w:tr w:rsidR="00646C17">
        <w:trPr>
          <w:jc w:val="right"/>
        </w:trPr>
        <w:tc>
          <w:tcPr>
            <w:tcW w:w="6803" w:type="dxa"/>
            <w:tcBorders>
              <w:top w:val="nil"/>
              <w:left w:val="nil"/>
              <w:bottom w:val="nil"/>
              <w:right w:val="nil"/>
            </w:tcBorders>
            <w:tcMar>
              <w:top w:w="70" w:type="dxa"/>
              <w:left w:w="70" w:type="dxa"/>
              <w:bottom w:w="70" w:type="dxa"/>
              <w:right w:w="70" w:type="dxa"/>
            </w:tcMar>
            <w:vAlign w:val="center"/>
          </w:tcPr>
          <w:p w:rsidR="00646C17" w:rsidRDefault="00646C17"/>
        </w:tc>
        <w:tc>
          <w:tcPr>
            <w:tcW w:w="2835" w:type="dxa"/>
            <w:tcBorders>
              <w:top w:val="nil"/>
              <w:left w:val="nil"/>
              <w:bottom w:val="nil"/>
              <w:right w:val="nil"/>
            </w:tcBorders>
            <w:tcMar>
              <w:top w:w="70" w:type="dxa"/>
              <w:left w:w="70" w:type="dxa"/>
              <w:bottom w:w="70" w:type="dxa"/>
              <w:right w:w="70" w:type="dxa"/>
            </w:tcMar>
            <w:vAlign w:val="center"/>
          </w:tcPr>
          <w:p w:rsidR="00646C17" w:rsidRDefault="00E14A20">
            <w:pPr>
              <w:jc w:val="center"/>
            </w:pPr>
            <w:r>
              <w:rPr>
                <w:b/>
              </w:rPr>
              <w:t>İmza</w:t>
            </w:r>
          </w:p>
        </w:tc>
      </w:tr>
    </w:tbl>
    <w:p w:rsidR="00646C17" w:rsidRDefault="00E14A20">
      <w:pPr>
        <w:spacing w:before="80" w:after="60"/>
        <w:jc w:val="center"/>
      </w:pPr>
      <w:r>
        <w:rPr>
          <w:b/>
          <w:sz w:val="22"/>
        </w:rPr>
        <w:t>BAŞVURUYA ESAS BİLGİ FORMU</w:t>
      </w:r>
    </w:p>
    <w:tbl>
      <w:tblPr>
        <w:tblStyle w:val="TabloKlavuzu"/>
        <w:tblW w:w="0" w:type="auto"/>
        <w:jc w:val="center"/>
        <w:tblLook w:val="04A0" w:firstRow="1" w:lastRow="0" w:firstColumn="1" w:lastColumn="0" w:noHBand="0" w:noVBand="1"/>
      </w:tblPr>
      <w:tblGrid>
        <w:gridCol w:w="2833"/>
        <w:gridCol w:w="7697"/>
      </w:tblGrid>
      <w:tr w:rsidR="00646C17">
        <w:trPr>
          <w:jc w:val="center"/>
        </w:trPr>
        <w:tc>
          <w:tcPr>
            <w:tcW w:w="10540" w:type="dxa"/>
            <w:gridSpan w:val="2"/>
            <w:shd w:val="clear" w:color="auto" w:fill="E7E6E6"/>
            <w:tcMar>
              <w:top w:w="70" w:type="dxa"/>
              <w:left w:w="70" w:type="dxa"/>
              <w:bottom w:w="70" w:type="dxa"/>
              <w:right w:w="70" w:type="dxa"/>
            </w:tcMar>
            <w:vAlign w:val="center"/>
          </w:tcPr>
          <w:p w:rsidR="00646C17" w:rsidRDefault="00E14A20">
            <w:pPr>
              <w:jc w:val="center"/>
            </w:pPr>
            <w:r>
              <w:rPr>
                <w:b/>
              </w:rPr>
              <w:t>KİŞİSEL BİLGİLER</w:t>
            </w:r>
          </w:p>
        </w:tc>
      </w:tr>
      <w:tr w:rsidR="00646C17">
        <w:trPr>
          <w:jc w:val="center"/>
        </w:trPr>
        <w:tc>
          <w:tcPr>
            <w:tcW w:w="2835" w:type="dxa"/>
            <w:tcMar>
              <w:top w:w="70" w:type="dxa"/>
              <w:left w:w="70" w:type="dxa"/>
              <w:bottom w:w="70" w:type="dxa"/>
              <w:right w:w="70" w:type="dxa"/>
            </w:tcMar>
            <w:vAlign w:val="center"/>
          </w:tcPr>
          <w:p w:rsidR="00646C17" w:rsidRDefault="00E14A20">
            <w:r>
              <w:rPr>
                <w:b/>
                <w:sz w:val="18"/>
              </w:rPr>
              <w:t>Adı Soyadı</w:t>
            </w:r>
            <w:r>
              <w:rPr>
                <w:b/>
                <w:sz w:val="18"/>
              </w:rPr>
              <w:br/>
              <w:t>(Soyadı Değişikliği Olmuş ise Önceki Soyadı)</w:t>
            </w:r>
          </w:p>
        </w:tc>
        <w:tc>
          <w:tcPr>
            <w:tcW w:w="6803" w:type="dxa"/>
            <w:tcMar>
              <w:top w:w="70" w:type="dxa"/>
              <w:left w:w="70" w:type="dxa"/>
              <w:bottom w:w="70" w:type="dxa"/>
              <w:right w:w="70" w:type="dxa"/>
            </w:tcMar>
            <w:vAlign w:val="center"/>
          </w:tcPr>
          <w:p w:rsidR="00646C17" w:rsidRDefault="00646C17"/>
        </w:tc>
      </w:tr>
      <w:tr w:rsidR="00646C17">
        <w:trPr>
          <w:jc w:val="center"/>
        </w:trPr>
        <w:tc>
          <w:tcPr>
            <w:tcW w:w="2835" w:type="dxa"/>
            <w:tcMar>
              <w:top w:w="70" w:type="dxa"/>
              <w:left w:w="70" w:type="dxa"/>
              <w:bottom w:w="70" w:type="dxa"/>
              <w:right w:w="70" w:type="dxa"/>
            </w:tcMar>
            <w:vAlign w:val="center"/>
          </w:tcPr>
          <w:p w:rsidR="00646C17" w:rsidRDefault="00E14A20">
            <w:r>
              <w:rPr>
                <w:b/>
                <w:sz w:val="18"/>
              </w:rPr>
              <w:t>T.C. Kimlik Numarası</w:t>
            </w:r>
          </w:p>
        </w:tc>
        <w:tc>
          <w:tcPr>
            <w:tcW w:w="6803" w:type="dxa"/>
            <w:tcMar>
              <w:top w:w="70" w:type="dxa"/>
              <w:left w:w="70" w:type="dxa"/>
              <w:bottom w:w="70" w:type="dxa"/>
              <w:right w:w="70" w:type="dxa"/>
            </w:tcMar>
            <w:vAlign w:val="center"/>
          </w:tcPr>
          <w:p w:rsidR="00646C17" w:rsidRDefault="00646C17"/>
        </w:tc>
      </w:tr>
      <w:tr w:rsidR="00646C17">
        <w:trPr>
          <w:jc w:val="center"/>
        </w:trPr>
        <w:tc>
          <w:tcPr>
            <w:tcW w:w="2835" w:type="dxa"/>
            <w:tcMar>
              <w:top w:w="70" w:type="dxa"/>
              <w:left w:w="70" w:type="dxa"/>
              <w:bottom w:w="70" w:type="dxa"/>
              <w:right w:w="70" w:type="dxa"/>
            </w:tcMar>
            <w:vAlign w:val="center"/>
          </w:tcPr>
          <w:p w:rsidR="00646C17" w:rsidRDefault="00E14A20">
            <w:r>
              <w:rPr>
                <w:b/>
                <w:sz w:val="18"/>
              </w:rPr>
              <w:t>Öğrenci No</w:t>
            </w:r>
          </w:p>
        </w:tc>
        <w:tc>
          <w:tcPr>
            <w:tcW w:w="6803" w:type="dxa"/>
            <w:tcMar>
              <w:top w:w="70" w:type="dxa"/>
              <w:left w:w="70" w:type="dxa"/>
              <w:bottom w:w="70" w:type="dxa"/>
              <w:right w:w="70" w:type="dxa"/>
            </w:tcMar>
            <w:vAlign w:val="center"/>
          </w:tcPr>
          <w:p w:rsidR="00646C17" w:rsidRDefault="00646C17"/>
        </w:tc>
      </w:tr>
      <w:tr w:rsidR="00646C17">
        <w:trPr>
          <w:jc w:val="center"/>
        </w:trPr>
        <w:tc>
          <w:tcPr>
            <w:tcW w:w="2835" w:type="dxa"/>
            <w:tcMar>
              <w:top w:w="70" w:type="dxa"/>
              <w:left w:w="70" w:type="dxa"/>
              <w:bottom w:w="70" w:type="dxa"/>
              <w:right w:w="70" w:type="dxa"/>
            </w:tcMar>
            <w:vAlign w:val="center"/>
          </w:tcPr>
          <w:p w:rsidR="00646C17" w:rsidRDefault="00E14A20">
            <w:r>
              <w:rPr>
                <w:b/>
                <w:sz w:val="18"/>
              </w:rPr>
              <w:t>Yazışma Adresi</w:t>
            </w:r>
          </w:p>
        </w:tc>
        <w:tc>
          <w:tcPr>
            <w:tcW w:w="6803" w:type="dxa"/>
            <w:tcMar>
              <w:top w:w="70" w:type="dxa"/>
              <w:left w:w="70" w:type="dxa"/>
              <w:bottom w:w="70" w:type="dxa"/>
              <w:right w:w="70" w:type="dxa"/>
            </w:tcMar>
            <w:vAlign w:val="center"/>
          </w:tcPr>
          <w:p w:rsidR="00646C17" w:rsidRDefault="00E14A20">
            <w:r>
              <w:rPr>
                <w:sz w:val="18"/>
              </w:rPr>
              <w:br/>
            </w:r>
          </w:p>
        </w:tc>
      </w:tr>
      <w:tr w:rsidR="00646C17">
        <w:trPr>
          <w:jc w:val="center"/>
        </w:trPr>
        <w:tc>
          <w:tcPr>
            <w:tcW w:w="2835" w:type="dxa"/>
            <w:tcMar>
              <w:top w:w="70" w:type="dxa"/>
              <w:left w:w="70" w:type="dxa"/>
              <w:bottom w:w="70" w:type="dxa"/>
              <w:right w:w="70" w:type="dxa"/>
            </w:tcMar>
            <w:vAlign w:val="center"/>
          </w:tcPr>
          <w:p w:rsidR="00646C17" w:rsidRDefault="00E14A20">
            <w:r>
              <w:rPr>
                <w:b/>
                <w:sz w:val="18"/>
              </w:rPr>
              <w:t>Cep Telefonu</w:t>
            </w:r>
          </w:p>
        </w:tc>
        <w:tc>
          <w:tcPr>
            <w:tcW w:w="6803" w:type="dxa"/>
            <w:tcMar>
              <w:top w:w="70" w:type="dxa"/>
              <w:left w:w="70" w:type="dxa"/>
              <w:bottom w:w="70" w:type="dxa"/>
              <w:right w:w="70" w:type="dxa"/>
            </w:tcMar>
            <w:vAlign w:val="center"/>
          </w:tcPr>
          <w:p w:rsidR="00646C17" w:rsidRDefault="00646C17"/>
        </w:tc>
      </w:tr>
      <w:tr w:rsidR="00646C17">
        <w:trPr>
          <w:jc w:val="center"/>
        </w:trPr>
        <w:tc>
          <w:tcPr>
            <w:tcW w:w="2835" w:type="dxa"/>
            <w:tcMar>
              <w:top w:w="70" w:type="dxa"/>
              <w:left w:w="70" w:type="dxa"/>
              <w:bottom w:w="70" w:type="dxa"/>
              <w:right w:w="70" w:type="dxa"/>
            </w:tcMar>
            <w:vAlign w:val="center"/>
          </w:tcPr>
          <w:p w:rsidR="00646C17" w:rsidRDefault="00E14A20">
            <w:r>
              <w:rPr>
                <w:b/>
                <w:sz w:val="18"/>
              </w:rPr>
              <w:t>E-Posta Adresi</w:t>
            </w:r>
          </w:p>
        </w:tc>
        <w:tc>
          <w:tcPr>
            <w:tcW w:w="6803" w:type="dxa"/>
            <w:tcMar>
              <w:top w:w="70" w:type="dxa"/>
              <w:left w:w="70" w:type="dxa"/>
              <w:bottom w:w="70" w:type="dxa"/>
              <w:right w:w="70" w:type="dxa"/>
            </w:tcMar>
            <w:vAlign w:val="center"/>
          </w:tcPr>
          <w:p w:rsidR="00646C17" w:rsidRDefault="00646C17"/>
        </w:tc>
      </w:tr>
    </w:tbl>
    <w:p w:rsidR="00646C17" w:rsidRDefault="00646C17">
      <w:pPr>
        <w:spacing w:after="0"/>
      </w:pPr>
    </w:p>
    <w:tbl>
      <w:tblPr>
        <w:tblStyle w:val="TabloKlavuzu"/>
        <w:tblW w:w="0" w:type="auto"/>
        <w:jc w:val="center"/>
        <w:tblLook w:val="04A0" w:firstRow="1" w:lastRow="0" w:firstColumn="1" w:lastColumn="0" w:noHBand="0" w:noVBand="1"/>
      </w:tblPr>
      <w:tblGrid>
        <w:gridCol w:w="2832"/>
        <w:gridCol w:w="7698"/>
      </w:tblGrid>
      <w:tr w:rsidR="00646C17">
        <w:trPr>
          <w:jc w:val="center"/>
        </w:trPr>
        <w:tc>
          <w:tcPr>
            <w:tcW w:w="10540" w:type="dxa"/>
            <w:gridSpan w:val="2"/>
            <w:shd w:val="clear" w:color="auto" w:fill="E7E6E6"/>
            <w:tcMar>
              <w:top w:w="70" w:type="dxa"/>
              <w:left w:w="70" w:type="dxa"/>
              <w:bottom w:w="70" w:type="dxa"/>
              <w:right w:w="70" w:type="dxa"/>
            </w:tcMar>
            <w:vAlign w:val="center"/>
          </w:tcPr>
          <w:p w:rsidR="00646C17" w:rsidRDefault="00E14A20">
            <w:pPr>
              <w:jc w:val="center"/>
            </w:pPr>
            <w:r>
              <w:rPr>
                <w:b/>
                <w:sz w:val="18"/>
              </w:rPr>
              <w:t>ADAYIN İLİŞİĞİ KESİLMEDEN ÖNCE KAYITLI OLDUĞU / KAYIT HAKKI KAZANDIĞI PROGRAMA İLİŞKİN BİLGİLER</w:t>
            </w:r>
          </w:p>
        </w:tc>
      </w:tr>
      <w:tr w:rsidR="00646C17" w:rsidTr="00E14A20">
        <w:trPr>
          <w:jc w:val="center"/>
        </w:trPr>
        <w:tc>
          <w:tcPr>
            <w:tcW w:w="2835" w:type="dxa"/>
            <w:tcMar>
              <w:top w:w="70" w:type="dxa"/>
              <w:left w:w="70" w:type="dxa"/>
              <w:bottom w:w="70" w:type="dxa"/>
              <w:right w:w="70" w:type="dxa"/>
            </w:tcMar>
            <w:vAlign w:val="center"/>
          </w:tcPr>
          <w:p w:rsidR="00646C17" w:rsidRDefault="00E14A20">
            <w:r>
              <w:rPr>
                <w:b/>
                <w:sz w:val="18"/>
              </w:rPr>
              <w:t>Enstitü</w:t>
            </w:r>
          </w:p>
        </w:tc>
        <w:tc>
          <w:tcPr>
            <w:tcW w:w="7705" w:type="dxa"/>
            <w:tcMar>
              <w:top w:w="70" w:type="dxa"/>
              <w:left w:w="70" w:type="dxa"/>
              <w:bottom w:w="70" w:type="dxa"/>
              <w:right w:w="70" w:type="dxa"/>
            </w:tcMar>
            <w:vAlign w:val="center"/>
          </w:tcPr>
          <w:p w:rsidR="00646C17" w:rsidRDefault="00646C17"/>
        </w:tc>
      </w:tr>
      <w:tr w:rsidR="00646C17" w:rsidTr="00E14A20">
        <w:trPr>
          <w:jc w:val="center"/>
        </w:trPr>
        <w:tc>
          <w:tcPr>
            <w:tcW w:w="2835" w:type="dxa"/>
            <w:tcMar>
              <w:top w:w="70" w:type="dxa"/>
              <w:left w:w="70" w:type="dxa"/>
              <w:bottom w:w="70" w:type="dxa"/>
              <w:right w:w="70" w:type="dxa"/>
            </w:tcMar>
            <w:vAlign w:val="center"/>
          </w:tcPr>
          <w:p w:rsidR="00646C17" w:rsidRDefault="00E14A20">
            <w:r>
              <w:rPr>
                <w:b/>
                <w:sz w:val="18"/>
              </w:rPr>
              <w:t>Anabilim Dalı</w:t>
            </w:r>
          </w:p>
        </w:tc>
        <w:tc>
          <w:tcPr>
            <w:tcW w:w="7705" w:type="dxa"/>
            <w:tcMar>
              <w:top w:w="70" w:type="dxa"/>
              <w:left w:w="70" w:type="dxa"/>
              <w:bottom w:w="70" w:type="dxa"/>
              <w:right w:w="70" w:type="dxa"/>
            </w:tcMar>
            <w:vAlign w:val="center"/>
          </w:tcPr>
          <w:p w:rsidR="00646C17" w:rsidRDefault="00646C17"/>
        </w:tc>
      </w:tr>
      <w:tr w:rsidR="00646C17" w:rsidTr="00E14A20">
        <w:trPr>
          <w:jc w:val="center"/>
        </w:trPr>
        <w:tc>
          <w:tcPr>
            <w:tcW w:w="2835" w:type="dxa"/>
            <w:tcMar>
              <w:top w:w="70" w:type="dxa"/>
              <w:left w:w="70" w:type="dxa"/>
              <w:bottom w:w="70" w:type="dxa"/>
              <w:right w:w="70" w:type="dxa"/>
            </w:tcMar>
            <w:vAlign w:val="center"/>
          </w:tcPr>
          <w:p w:rsidR="00646C17" w:rsidRDefault="00E14A20">
            <w:r>
              <w:rPr>
                <w:b/>
                <w:sz w:val="18"/>
              </w:rPr>
              <w:t>Program Türü</w:t>
            </w:r>
          </w:p>
        </w:tc>
        <w:tc>
          <w:tcPr>
            <w:tcW w:w="7705" w:type="dxa"/>
            <w:tcMar>
              <w:top w:w="70" w:type="dxa"/>
              <w:left w:w="70" w:type="dxa"/>
              <w:bottom w:w="70" w:type="dxa"/>
              <w:right w:w="70" w:type="dxa"/>
            </w:tcMar>
            <w:vAlign w:val="center"/>
          </w:tcPr>
          <w:p w:rsidR="00646C17" w:rsidRDefault="00E14A20">
            <w:r>
              <w:rPr>
                <w:sz w:val="18"/>
              </w:rPr>
              <w:t>☐ Tezsiz Yüksek Lisans     ☐ Tezli Yüksek Lisans     ☐ Doktora</w:t>
            </w:r>
          </w:p>
        </w:tc>
      </w:tr>
      <w:tr w:rsidR="00646C17" w:rsidTr="00E14A20">
        <w:trPr>
          <w:jc w:val="center"/>
        </w:trPr>
        <w:tc>
          <w:tcPr>
            <w:tcW w:w="2835" w:type="dxa"/>
            <w:tcMar>
              <w:top w:w="70" w:type="dxa"/>
              <w:left w:w="70" w:type="dxa"/>
              <w:bottom w:w="70" w:type="dxa"/>
              <w:right w:w="70" w:type="dxa"/>
            </w:tcMar>
            <w:vAlign w:val="center"/>
          </w:tcPr>
          <w:p w:rsidR="00646C17" w:rsidRDefault="00E14A20">
            <w:r>
              <w:rPr>
                <w:b/>
                <w:sz w:val="18"/>
              </w:rPr>
              <w:t>İlişik Kesilme / Kayıt Aşaması</w:t>
            </w:r>
          </w:p>
        </w:tc>
        <w:tc>
          <w:tcPr>
            <w:tcW w:w="7705" w:type="dxa"/>
            <w:tcMar>
              <w:top w:w="70" w:type="dxa"/>
              <w:left w:w="70" w:type="dxa"/>
              <w:bottom w:w="70" w:type="dxa"/>
              <w:right w:w="70" w:type="dxa"/>
            </w:tcMar>
            <w:vAlign w:val="center"/>
          </w:tcPr>
          <w:p w:rsidR="00646C17" w:rsidRDefault="00E14A20">
            <w:r>
              <w:rPr>
                <w:sz w:val="16"/>
              </w:rPr>
              <w:t>☐ Yabancı dil hazırlık programı sırasında</w:t>
            </w:r>
            <w:r>
              <w:rPr>
                <w:sz w:val="16"/>
              </w:rPr>
              <w:br/>
              <w:t>☐ Bilimsel hazırlık eğitimi aşamasında</w:t>
            </w:r>
            <w:r>
              <w:rPr>
                <w:sz w:val="16"/>
              </w:rPr>
              <w:br/>
              <w:t>☐ Kayıtlı olunan programda ders aşamasında iken</w:t>
            </w:r>
            <w:r>
              <w:rPr>
                <w:sz w:val="16"/>
              </w:rPr>
              <w:br/>
              <w:t>☐ Kayıtlı olunan programda tez aşamasında</w:t>
            </w:r>
            <w:r>
              <w:rPr>
                <w:sz w:val="16"/>
              </w:rPr>
              <w:br/>
              <w:t>☐ Kayıtlı olunan programda proje aşamasında</w:t>
            </w:r>
            <w:r>
              <w:rPr>
                <w:sz w:val="16"/>
              </w:rPr>
              <w:br/>
              <w:t>☐ Programa yerleştirildiği hâlde kayıt yaptırmama</w:t>
            </w:r>
            <w:r>
              <w:rPr>
                <w:sz w:val="16"/>
              </w:rPr>
              <w:br/>
              <w:t>☐ Diğer (Belirtiniz): ...............................................................</w:t>
            </w:r>
          </w:p>
        </w:tc>
      </w:tr>
      <w:tr w:rsidR="00646C17" w:rsidTr="00E14A20">
        <w:trPr>
          <w:jc w:val="center"/>
        </w:trPr>
        <w:tc>
          <w:tcPr>
            <w:tcW w:w="2835" w:type="dxa"/>
            <w:tcMar>
              <w:top w:w="70" w:type="dxa"/>
              <w:left w:w="70" w:type="dxa"/>
              <w:bottom w:w="70" w:type="dxa"/>
              <w:right w:w="70" w:type="dxa"/>
            </w:tcMar>
            <w:vAlign w:val="center"/>
          </w:tcPr>
          <w:p w:rsidR="00646C17" w:rsidRDefault="00E14A20">
            <w:r>
              <w:rPr>
                <w:b/>
                <w:sz w:val="18"/>
              </w:rPr>
              <w:t>İlişik Kesilme Tarihi</w:t>
            </w:r>
          </w:p>
        </w:tc>
        <w:tc>
          <w:tcPr>
            <w:tcW w:w="7705" w:type="dxa"/>
            <w:tcMar>
              <w:top w:w="70" w:type="dxa"/>
              <w:left w:w="70" w:type="dxa"/>
              <w:bottom w:w="70" w:type="dxa"/>
              <w:right w:w="70" w:type="dxa"/>
            </w:tcMar>
            <w:vAlign w:val="center"/>
          </w:tcPr>
          <w:p w:rsidR="00646C17" w:rsidRDefault="00E14A20">
            <w:r>
              <w:rPr>
                <w:sz w:val="18"/>
              </w:rPr>
              <w:t>…… / …… / …………</w:t>
            </w:r>
          </w:p>
        </w:tc>
      </w:tr>
      <w:tr w:rsidR="00646C17" w:rsidTr="00E14A20">
        <w:trPr>
          <w:jc w:val="center"/>
        </w:trPr>
        <w:tc>
          <w:tcPr>
            <w:tcW w:w="2835" w:type="dxa"/>
            <w:tcMar>
              <w:top w:w="70" w:type="dxa"/>
              <w:left w:w="70" w:type="dxa"/>
              <w:bottom w:w="70" w:type="dxa"/>
              <w:right w:w="70" w:type="dxa"/>
            </w:tcMar>
            <w:vAlign w:val="center"/>
          </w:tcPr>
          <w:p w:rsidR="00646C17" w:rsidRDefault="00E14A20">
            <w:r>
              <w:rPr>
                <w:b/>
                <w:sz w:val="18"/>
              </w:rPr>
              <w:t>İlişik Kesilme Nedeni</w:t>
            </w:r>
          </w:p>
        </w:tc>
        <w:tc>
          <w:tcPr>
            <w:tcW w:w="7705" w:type="dxa"/>
            <w:tcMar>
              <w:top w:w="70" w:type="dxa"/>
              <w:left w:w="70" w:type="dxa"/>
              <w:bottom w:w="70" w:type="dxa"/>
              <w:right w:w="70" w:type="dxa"/>
            </w:tcMar>
            <w:vAlign w:val="center"/>
          </w:tcPr>
          <w:p w:rsidR="00646C17" w:rsidRDefault="00E14A20">
            <w:r>
              <w:rPr>
                <w:sz w:val="16"/>
              </w:rPr>
              <w:t>☐ Kendi isteği                         ☐ Bilimsel hazırlık başarısızlık</w:t>
            </w:r>
            <w:r>
              <w:rPr>
                <w:sz w:val="16"/>
              </w:rPr>
              <w:br/>
              <w:t>☐ Ders aşamasını tamamlamamak          ☐ Tez önerisi savunmadan başarısızlık</w:t>
            </w:r>
            <w:r>
              <w:rPr>
                <w:sz w:val="16"/>
              </w:rPr>
              <w:br/>
              <w:t>☐ Yeterlik sınavından başarısızlık     ☐ Tezin/projenin reddedilmesi</w:t>
            </w:r>
            <w:r>
              <w:rPr>
                <w:sz w:val="16"/>
              </w:rPr>
              <w:br/>
              <w:t>☐ Tez izleme takip toplantısına katılmamak</w:t>
            </w:r>
            <w:r>
              <w:rPr>
                <w:sz w:val="16"/>
              </w:rPr>
              <w:br/>
              <w:t>☐ Öğretim süresi</w:t>
            </w:r>
            <w:r>
              <w:rPr>
                <w:sz w:val="16"/>
              </w:rPr>
              <w:br/>
              <w:t>☐ Diğer (Belirtiniz): ...............................................................</w:t>
            </w:r>
          </w:p>
        </w:tc>
      </w:tr>
    </w:tbl>
    <w:p w:rsidR="00646C17" w:rsidRDefault="00E14A20">
      <w:pPr>
        <w:spacing w:before="100" w:after="0"/>
      </w:pPr>
      <w:proofErr w:type="spellStart"/>
      <w:r>
        <w:rPr>
          <w:b/>
          <w:sz w:val="18"/>
          <w:u w:val="single"/>
        </w:rPr>
        <w:t>Başvuru</w:t>
      </w:r>
      <w:proofErr w:type="spellEnd"/>
      <w:r>
        <w:rPr>
          <w:b/>
          <w:sz w:val="18"/>
          <w:u w:val="single"/>
        </w:rPr>
        <w:t xml:space="preserve"> </w:t>
      </w:r>
      <w:proofErr w:type="spellStart"/>
      <w:r>
        <w:rPr>
          <w:b/>
          <w:sz w:val="18"/>
          <w:u w:val="single"/>
        </w:rPr>
        <w:t>için</w:t>
      </w:r>
      <w:proofErr w:type="spellEnd"/>
      <w:r>
        <w:rPr>
          <w:b/>
          <w:sz w:val="18"/>
          <w:u w:val="single"/>
        </w:rPr>
        <w:t xml:space="preserve"> </w:t>
      </w:r>
      <w:proofErr w:type="spellStart"/>
      <w:r>
        <w:rPr>
          <w:b/>
          <w:sz w:val="18"/>
          <w:u w:val="single"/>
        </w:rPr>
        <w:t>gerekli</w:t>
      </w:r>
      <w:proofErr w:type="spellEnd"/>
      <w:r>
        <w:rPr>
          <w:b/>
          <w:sz w:val="18"/>
          <w:u w:val="single"/>
        </w:rPr>
        <w:t xml:space="preserve"> </w:t>
      </w:r>
      <w:proofErr w:type="spellStart"/>
      <w:r>
        <w:rPr>
          <w:b/>
          <w:sz w:val="18"/>
          <w:u w:val="single"/>
        </w:rPr>
        <w:t>belgeler</w:t>
      </w:r>
      <w:proofErr w:type="spellEnd"/>
    </w:p>
    <w:p w:rsidR="00646C17" w:rsidRDefault="00E14A20">
      <w:pPr>
        <w:spacing w:after="0"/>
        <w:ind w:left="113"/>
      </w:pPr>
      <w:r>
        <w:rPr>
          <w:sz w:val="18"/>
        </w:rPr>
        <w:t>1- T.C. kimlik kartı/nüfus cüzdanı fotokopisi</w:t>
      </w:r>
    </w:p>
    <w:p w:rsidR="00646C17" w:rsidRDefault="00E14A20">
      <w:pPr>
        <w:spacing w:after="0"/>
        <w:ind w:left="113"/>
      </w:pPr>
      <w:r>
        <w:rPr>
          <w:sz w:val="18"/>
        </w:rPr>
        <w:t>2- Adli sicil kaydı belgesi (e-Devlet üzerinden alınabilir)</w:t>
      </w:r>
    </w:p>
    <w:p w:rsidR="00646C17" w:rsidRDefault="00E14A20">
      <w:pPr>
        <w:spacing w:after="0"/>
        <w:ind w:left="113"/>
      </w:pPr>
      <w:r>
        <w:rPr>
          <w:sz w:val="18"/>
        </w:rPr>
        <w:t>3- 1 adet vesikalık fotoğraf (son 6 ayda çekilmiş)</w:t>
      </w:r>
    </w:p>
    <w:p w:rsidR="00646C17" w:rsidRDefault="00E14A20">
      <w:pPr>
        <w:spacing w:after="0"/>
        <w:ind w:left="113"/>
      </w:pPr>
      <w:r>
        <w:rPr>
          <w:sz w:val="18"/>
        </w:rPr>
        <w:t>4- Erkek adaylar için askerlik durum belgesi (e-Devlet üzerinden alınabilir)</w:t>
      </w:r>
    </w:p>
    <w:p w:rsidR="00646C17" w:rsidRDefault="00E14A20">
      <w:pPr>
        <w:spacing w:before="100"/>
      </w:pPr>
      <w:r>
        <w:rPr>
          <w:b/>
          <w:sz w:val="16"/>
        </w:rPr>
        <w:t xml:space="preserve">Not: </w:t>
      </w:r>
      <w:r>
        <w:rPr>
          <w:i/>
          <w:sz w:val="16"/>
        </w:rPr>
        <w:t>Başvuru evrak listesi, 7592 sayılı Kanun ve Geçici 85 inci madde uygulama ilkelerinde ayrıca sayılmadığından, Enstitü tarafından başvuru işlemlerinde kullanılmak üzere düzenlenmiştir.</w:t>
      </w:r>
    </w:p>
    <w:sectPr w:rsidR="00646C17" w:rsidSect="00034616">
      <w:pgSz w:w="12240" w:h="15840"/>
      <w:pgMar w:top="850" w:right="850" w:bottom="794"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646C17"/>
    <w:rsid w:val="00705B24"/>
    <w:rsid w:val="00AA1D8D"/>
    <w:rsid w:val="00B47730"/>
    <w:rsid w:val="00CB0664"/>
    <w:rsid w:val="00E14A2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ADB2FEB-2A84-428A-AC55-B045C783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72A86-E7E4-496B-9A94-F81C4A0A6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1775</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HUSNU TULUMCU</cp:lastModifiedBy>
  <cp:revision>2</cp:revision>
  <dcterms:created xsi:type="dcterms:W3CDTF">2026-08-17T10:36:00Z</dcterms:created>
  <dcterms:modified xsi:type="dcterms:W3CDTF">2026-08-17T10:36:00Z</dcterms:modified>
  <cp:category/>
</cp:coreProperties>
</file>